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Předávací protokol ke skladovacímu prostoru</w:t>
      </w:r>
    </w:p>
    <w:p>
      <w:pPr>
        <w:jc w:val="center"/>
      </w:pPr>
      <w:r>
        <w:rPr>
          <w:rFonts w:ascii="Liberation Sans" w:hAnsi="Liberation Sans"/>
          <w:b/>
          <w:color w:val="475569"/>
          <w:sz w:val="21"/>
        </w:rPr>
        <w:t>Pro zápis stavu prostoru, vybavení a přístupových prostředků při předání nebo vrácení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00"/>
      </w:tblGrid>
      <w:tr>
        <w:tc>
          <w:tcPr>
            <w:tcW w:type="dxa" w:w="10200"/>
            <w:shd w:fill="FFFBEB"/>
            <w:tcMar>
              <w:top w:w="110" w:type="dxa"/>
              <w:start w:w="150" w:type="dxa"/>
              <w:bottom w:w="110" w:type="dxa"/>
              <w:end w:w="150" w:type="dxa"/>
            </w:tcMar>
            <w:tcBorders>
              <w:top w:val="single" w:sz="6" w:color="F59E0B"/>
              <w:bottom w:val="single" w:sz="6" w:color="F59E0B"/>
              <w:start w:val="single" w:sz="6" w:color="F59E0B"/>
              <w:end w:val="single" w:sz="6" w:color="F59E0B"/>
            </w:tcBorders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color w:val="92400E"/>
                <w:sz w:val="17"/>
              </w:rPr>
              <w:t xml:space="preserve">Důležité: </w:t>
            </w:r>
            <w:r>
              <w:rPr>
                <w:rFonts w:ascii="Liberation Sans" w:hAnsi="Liberation Sans"/>
                <w:color w:val="92400E"/>
                <w:sz w:val="17"/>
              </w:rPr>
              <w:t>Tento protokol je praktická pomůcka. Přizpůsobte jej konkrétnímu prostoru a nájemní smlouvě. Uveďte i zdánlivě drobné vady a připojte datované fotografie. Remito není smluvní stranou.</w:t>
            </w:r>
          </w:p>
        </w:tc>
      </w:tr>
    </w:tbl>
    <w:p>
      <w:pPr>
        <w:spacing w:after="0"/>
      </w:pPr>
    </w:p>
    <w:p>
      <w:pPr>
        <w:pStyle w:val="Heading1"/>
        <w:keepNext/>
      </w:pPr>
      <w:r>
        <w:t>1. Základní údaje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78"/>
        <w:gridCol w:w="7143"/>
      </w:tblGrid>
      <w:tr>
        <w:trPr>
          <w:cantSplit/>
        </w:trPr>
        <w:tc>
          <w:tcPr>
            <w:tcW w:type="dxa" w:w="2778"/>
            <w:tcMar>
              <w:top w:w="80" w:type="dxa"/>
              <w:start w:w="100" w:type="dxa"/>
              <w:bottom w:w="80" w:type="dxa"/>
              <w:end w:w="100" w:type="dxa"/>
            </w:tcMar>
            <w:tcBorders>
              <w:bottom w:val="single" w:sz="4" w:color="CBD5E1"/>
            </w:tcBorders>
            <w:vAlign w:val="center"/>
          </w:tcPr>
          <w:p>
            <w:r>
              <w:rPr>
                <w:rFonts w:ascii="Liberation Sans" w:hAnsi="Liberation Sans"/>
                <w:b/>
                <w:sz w:val="17"/>
              </w:rPr>
              <w:t>Smlouva ze dne</w:t>
            </w:r>
          </w:p>
        </w:tc>
        <w:tc>
          <w:tcPr>
            <w:tcW w:type="dxa" w:w="7143"/>
            <w:tcMar>
              <w:top w:w="80" w:type="dxa"/>
              <w:start w:w="100" w:type="dxa"/>
              <w:bottom w:w="80" w:type="dxa"/>
              <w:end w:w="100" w:type="dxa"/>
            </w:tcMar>
            <w:tcBorders>
              <w:bottom w:val="single" w:sz="4" w:color="CBD5E1"/>
            </w:tcBorders>
            <w:vAlign w:val="center"/>
          </w:tcPr>
          <w:p>
            <w:r>
              <w:rPr>
                <w:rFonts w:ascii="Liberation Sans" w:hAnsi="Liberation Sans"/>
                <w:sz w:val="17"/>
              </w:rPr>
              <w:t>________________________________________________________</w:t>
            </w:r>
          </w:p>
        </w:tc>
      </w:tr>
      <w:tr>
        <w:trPr>
          <w:cantSplit/>
        </w:trPr>
        <w:tc>
          <w:tcPr>
            <w:tcW w:type="dxa" w:w="2778"/>
            <w:tcMar>
              <w:top w:w="80" w:type="dxa"/>
              <w:start w:w="100" w:type="dxa"/>
              <w:bottom w:w="80" w:type="dxa"/>
              <w:end w:w="100" w:type="dxa"/>
            </w:tcMar>
            <w:tcBorders>
              <w:bottom w:val="single" w:sz="4" w:color="CBD5E1"/>
            </w:tcBorders>
            <w:vAlign w:val="center"/>
          </w:tcPr>
          <w:p>
            <w:r>
              <w:rPr>
                <w:rFonts w:ascii="Liberation Sans" w:hAnsi="Liberation Sans"/>
                <w:b/>
                <w:sz w:val="17"/>
              </w:rPr>
              <w:t>Účel protokolu</w:t>
            </w:r>
          </w:p>
        </w:tc>
        <w:tc>
          <w:tcPr>
            <w:tcW w:type="dxa" w:w="7143"/>
            <w:tcMar>
              <w:top w:w="80" w:type="dxa"/>
              <w:start w:w="100" w:type="dxa"/>
              <w:bottom w:w="80" w:type="dxa"/>
              <w:end w:w="100" w:type="dxa"/>
            </w:tcMar>
            <w:tcBorders>
              <w:bottom w:val="single" w:sz="4" w:color="CBD5E1"/>
            </w:tcBorders>
            <w:vAlign w:val="center"/>
          </w:tcPr>
          <w:p>
            <w:r>
              <w:rPr>
                <w:rFonts w:ascii="Liberation Sans" w:hAnsi="Liberation Sans"/>
                <w:sz w:val="17"/>
              </w:rPr>
              <w:t>předání nájemci / vrácení pronajímateli</w:t>
            </w:r>
          </w:p>
        </w:tc>
      </w:tr>
      <w:tr>
        <w:trPr>
          <w:cantSplit/>
        </w:trPr>
        <w:tc>
          <w:tcPr>
            <w:tcW w:type="dxa" w:w="2778"/>
            <w:tcMar>
              <w:top w:w="80" w:type="dxa"/>
              <w:start w:w="100" w:type="dxa"/>
              <w:bottom w:w="80" w:type="dxa"/>
              <w:end w:w="100" w:type="dxa"/>
            </w:tcMar>
            <w:tcBorders>
              <w:bottom w:val="single" w:sz="4" w:color="CBD5E1"/>
            </w:tcBorders>
            <w:vAlign w:val="center"/>
          </w:tcPr>
          <w:p>
            <w:r>
              <w:rPr>
                <w:rFonts w:ascii="Liberation Sans" w:hAnsi="Liberation Sans"/>
                <w:b/>
                <w:sz w:val="17"/>
              </w:rPr>
              <w:t>Datum a čas</w:t>
            </w:r>
          </w:p>
        </w:tc>
        <w:tc>
          <w:tcPr>
            <w:tcW w:type="dxa" w:w="7143"/>
            <w:tcMar>
              <w:top w:w="80" w:type="dxa"/>
              <w:start w:w="100" w:type="dxa"/>
              <w:bottom w:w="80" w:type="dxa"/>
              <w:end w:w="100" w:type="dxa"/>
            </w:tcMar>
            <w:tcBorders>
              <w:bottom w:val="single" w:sz="4" w:color="CBD5E1"/>
            </w:tcBorders>
            <w:vAlign w:val="center"/>
          </w:tcPr>
          <w:p>
            <w:r>
              <w:rPr>
                <w:rFonts w:ascii="Liberation Sans" w:hAnsi="Liberation Sans"/>
                <w:sz w:val="17"/>
              </w:rPr>
              <w:t>________________________________________________________</w:t>
            </w:r>
          </w:p>
        </w:tc>
      </w:tr>
      <w:tr>
        <w:trPr>
          <w:cantSplit/>
        </w:trPr>
        <w:tc>
          <w:tcPr>
            <w:tcW w:type="dxa" w:w="2778"/>
            <w:tcMar>
              <w:top w:w="80" w:type="dxa"/>
              <w:start w:w="100" w:type="dxa"/>
              <w:bottom w:w="80" w:type="dxa"/>
              <w:end w:w="100" w:type="dxa"/>
            </w:tcMar>
            <w:tcBorders>
              <w:bottom w:val="single" w:sz="4" w:color="CBD5E1"/>
            </w:tcBorders>
            <w:vAlign w:val="center"/>
          </w:tcPr>
          <w:p>
            <w:r>
              <w:rPr>
                <w:rFonts w:ascii="Liberation Sans" w:hAnsi="Liberation Sans"/>
                <w:b/>
                <w:sz w:val="17"/>
              </w:rPr>
              <w:t>Adresa prostoru</w:t>
            </w:r>
          </w:p>
        </w:tc>
        <w:tc>
          <w:tcPr>
            <w:tcW w:type="dxa" w:w="7143"/>
            <w:tcMar>
              <w:top w:w="80" w:type="dxa"/>
              <w:start w:w="100" w:type="dxa"/>
              <w:bottom w:w="80" w:type="dxa"/>
              <w:end w:w="100" w:type="dxa"/>
            </w:tcMar>
            <w:tcBorders>
              <w:bottom w:val="single" w:sz="4" w:color="CBD5E1"/>
            </w:tcBorders>
            <w:vAlign w:val="center"/>
          </w:tcPr>
          <w:p>
            <w:r>
              <w:rPr>
                <w:rFonts w:ascii="Liberation Sans" w:hAnsi="Liberation Sans"/>
                <w:sz w:val="17"/>
              </w:rPr>
              <w:t>________________________________________________________</w:t>
            </w:r>
          </w:p>
        </w:tc>
      </w:tr>
      <w:tr>
        <w:trPr>
          <w:cantSplit/>
        </w:trPr>
        <w:tc>
          <w:tcPr>
            <w:tcW w:type="dxa" w:w="2778"/>
            <w:tcMar>
              <w:top w:w="80" w:type="dxa"/>
              <w:start w:w="100" w:type="dxa"/>
              <w:bottom w:w="80" w:type="dxa"/>
              <w:end w:w="100" w:type="dxa"/>
            </w:tcMar>
            <w:tcBorders>
              <w:bottom w:val="single" w:sz="4" w:color="CBD5E1"/>
            </w:tcBorders>
            <w:vAlign w:val="center"/>
          </w:tcPr>
          <w:p>
            <w:r>
              <w:rPr>
                <w:rFonts w:ascii="Liberation Sans" w:hAnsi="Liberation Sans"/>
                <w:b/>
                <w:sz w:val="17"/>
              </w:rPr>
              <w:t>Označení / číslo prostoru</w:t>
            </w:r>
          </w:p>
        </w:tc>
        <w:tc>
          <w:tcPr>
            <w:tcW w:type="dxa" w:w="7143"/>
            <w:tcMar>
              <w:top w:w="80" w:type="dxa"/>
              <w:start w:w="100" w:type="dxa"/>
              <w:bottom w:w="80" w:type="dxa"/>
              <w:end w:w="100" w:type="dxa"/>
            </w:tcMar>
            <w:tcBorders>
              <w:bottom w:val="single" w:sz="4" w:color="CBD5E1"/>
            </w:tcBorders>
            <w:vAlign w:val="center"/>
          </w:tcPr>
          <w:p>
            <w:r>
              <w:rPr>
                <w:rFonts w:ascii="Liberation Sans" w:hAnsi="Liberation Sans"/>
                <w:sz w:val="17"/>
              </w:rPr>
              <w:t>________________________________________________________</w:t>
            </w:r>
          </w:p>
        </w:tc>
      </w:tr>
      <w:tr>
        <w:trPr>
          <w:cantSplit/>
        </w:trPr>
        <w:tc>
          <w:tcPr>
            <w:tcW w:type="dxa" w:w="2778"/>
            <w:tcMar>
              <w:top w:w="80" w:type="dxa"/>
              <w:start w:w="100" w:type="dxa"/>
              <w:bottom w:w="80" w:type="dxa"/>
              <w:end w:w="100" w:type="dxa"/>
            </w:tcMar>
            <w:tcBorders>
              <w:bottom w:val="single" w:sz="4" w:color="CBD5E1"/>
            </w:tcBorders>
            <w:vAlign w:val="center"/>
          </w:tcPr>
          <w:p>
            <w:r>
              <w:rPr>
                <w:rFonts w:ascii="Liberation Sans" w:hAnsi="Liberation Sans"/>
                <w:b/>
                <w:sz w:val="17"/>
              </w:rPr>
              <w:t>Plocha</w:t>
            </w:r>
          </w:p>
        </w:tc>
        <w:tc>
          <w:tcPr>
            <w:tcW w:type="dxa" w:w="7143"/>
            <w:tcMar>
              <w:top w:w="80" w:type="dxa"/>
              <w:start w:w="100" w:type="dxa"/>
              <w:bottom w:w="80" w:type="dxa"/>
              <w:end w:w="100" w:type="dxa"/>
            </w:tcMar>
            <w:tcBorders>
              <w:bottom w:val="single" w:sz="4" w:color="CBD5E1"/>
            </w:tcBorders>
            <w:vAlign w:val="center"/>
          </w:tcPr>
          <w:p>
            <w:r>
              <w:rPr>
                <w:rFonts w:ascii="Liberation Sans" w:hAnsi="Liberation Sans"/>
                <w:sz w:val="17"/>
              </w:rPr>
              <w:t>________ m²</w:t>
            </w:r>
          </w:p>
        </w:tc>
      </w:tr>
    </w:tbl>
    <w:p>
      <w:pPr>
        <w:pStyle w:val="Heading2"/>
        <w:keepNext/>
      </w:pPr>
      <w:r>
        <w:t>Pronajímatel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78"/>
        <w:gridCol w:w="7143"/>
      </w:tblGrid>
      <w:tr>
        <w:trPr>
          <w:cantSplit/>
        </w:trPr>
        <w:tc>
          <w:tcPr>
            <w:tcW w:type="dxa" w:w="2778"/>
            <w:tcMar>
              <w:top w:w="80" w:type="dxa"/>
              <w:start w:w="100" w:type="dxa"/>
              <w:bottom w:w="80" w:type="dxa"/>
              <w:end w:w="100" w:type="dxa"/>
            </w:tcMar>
            <w:tcBorders>
              <w:bottom w:val="single" w:sz="4" w:color="CBD5E1"/>
            </w:tcBorders>
            <w:vAlign w:val="center"/>
          </w:tcPr>
          <w:p>
            <w:r>
              <w:rPr>
                <w:rFonts w:ascii="Liberation Sans" w:hAnsi="Liberation Sans"/>
                <w:b/>
                <w:sz w:val="17"/>
              </w:rPr>
              <w:t>Jméno / název</w:t>
            </w:r>
          </w:p>
        </w:tc>
        <w:tc>
          <w:tcPr>
            <w:tcW w:type="dxa" w:w="7143"/>
            <w:tcMar>
              <w:top w:w="80" w:type="dxa"/>
              <w:start w:w="100" w:type="dxa"/>
              <w:bottom w:w="80" w:type="dxa"/>
              <w:end w:w="100" w:type="dxa"/>
            </w:tcMar>
            <w:tcBorders>
              <w:bottom w:val="single" w:sz="4" w:color="CBD5E1"/>
            </w:tcBorders>
            <w:vAlign w:val="center"/>
          </w:tcPr>
          <w:p>
            <w:r>
              <w:rPr>
                <w:rFonts w:ascii="Liberation Sans" w:hAnsi="Liberation Sans"/>
                <w:sz w:val="17"/>
              </w:rPr>
              <w:t>________________________________________________________</w:t>
            </w:r>
          </w:p>
        </w:tc>
      </w:tr>
      <w:tr>
        <w:trPr>
          <w:cantSplit/>
        </w:trPr>
        <w:tc>
          <w:tcPr>
            <w:tcW w:type="dxa" w:w="2778"/>
            <w:tcMar>
              <w:top w:w="80" w:type="dxa"/>
              <w:start w:w="100" w:type="dxa"/>
              <w:bottom w:w="80" w:type="dxa"/>
              <w:end w:w="100" w:type="dxa"/>
            </w:tcMar>
            <w:tcBorders>
              <w:bottom w:val="single" w:sz="4" w:color="CBD5E1"/>
            </w:tcBorders>
            <w:vAlign w:val="center"/>
          </w:tcPr>
          <w:p>
            <w:r>
              <w:rPr>
                <w:rFonts w:ascii="Liberation Sans" w:hAnsi="Liberation Sans"/>
                <w:b/>
                <w:sz w:val="17"/>
              </w:rPr>
              <w:t>Kontakt</w:t>
            </w:r>
          </w:p>
        </w:tc>
        <w:tc>
          <w:tcPr>
            <w:tcW w:type="dxa" w:w="7143"/>
            <w:tcMar>
              <w:top w:w="80" w:type="dxa"/>
              <w:start w:w="100" w:type="dxa"/>
              <w:bottom w:w="80" w:type="dxa"/>
              <w:end w:w="100" w:type="dxa"/>
            </w:tcMar>
            <w:tcBorders>
              <w:bottom w:val="single" w:sz="4" w:color="CBD5E1"/>
            </w:tcBorders>
            <w:vAlign w:val="center"/>
          </w:tcPr>
          <w:p>
            <w:r>
              <w:rPr>
                <w:rFonts w:ascii="Liberation Sans" w:hAnsi="Liberation Sans"/>
                <w:sz w:val="17"/>
              </w:rPr>
              <w:t>________________________________________________________</w:t>
            </w:r>
          </w:p>
        </w:tc>
      </w:tr>
    </w:tbl>
    <w:p>
      <w:pPr>
        <w:pStyle w:val="Heading2"/>
        <w:keepNext/>
      </w:pPr>
      <w:r>
        <w:t>Nájemce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78"/>
        <w:gridCol w:w="7143"/>
      </w:tblGrid>
      <w:tr>
        <w:trPr>
          <w:cantSplit/>
        </w:trPr>
        <w:tc>
          <w:tcPr>
            <w:tcW w:type="dxa" w:w="2778"/>
            <w:tcMar>
              <w:top w:w="80" w:type="dxa"/>
              <w:start w:w="100" w:type="dxa"/>
              <w:bottom w:w="80" w:type="dxa"/>
              <w:end w:w="100" w:type="dxa"/>
            </w:tcMar>
            <w:tcBorders>
              <w:bottom w:val="single" w:sz="4" w:color="CBD5E1"/>
            </w:tcBorders>
            <w:vAlign w:val="center"/>
          </w:tcPr>
          <w:p>
            <w:r>
              <w:rPr>
                <w:rFonts w:ascii="Liberation Sans" w:hAnsi="Liberation Sans"/>
                <w:b/>
                <w:sz w:val="17"/>
              </w:rPr>
              <w:t>Jméno / název</w:t>
            </w:r>
          </w:p>
        </w:tc>
        <w:tc>
          <w:tcPr>
            <w:tcW w:type="dxa" w:w="7143"/>
            <w:tcMar>
              <w:top w:w="80" w:type="dxa"/>
              <w:start w:w="100" w:type="dxa"/>
              <w:bottom w:w="80" w:type="dxa"/>
              <w:end w:w="100" w:type="dxa"/>
            </w:tcMar>
            <w:tcBorders>
              <w:bottom w:val="single" w:sz="4" w:color="CBD5E1"/>
            </w:tcBorders>
            <w:vAlign w:val="center"/>
          </w:tcPr>
          <w:p>
            <w:r>
              <w:rPr>
                <w:rFonts w:ascii="Liberation Sans" w:hAnsi="Liberation Sans"/>
                <w:sz w:val="17"/>
              </w:rPr>
              <w:t>________________________________________________________</w:t>
            </w:r>
          </w:p>
        </w:tc>
      </w:tr>
      <w:tr>
        <w:trPr>
          <w:cantSplit/>
        </w:trPr>
        <w:tc>
          <w:tcPr>
            <w:tcW w:type="dxa" w:w="2778"/>
            <w:tcMar>
              <w:top w:w="80" w:type="dxa"/>
              <w:start w:w="100" w:type="dxa"/>
              <w:bottom w:w="80" w:type="dxa"/>
              <w:end w:w="100" w:type="dxa"/>
            </w:tcMar>
            <w:tcBorders>
              <w:bottom w:val="single" w:sz="4" w:color="CBD5E1"/>
            </w:tcBorders>
            <w:vAlign w:val="center"/>
          </w:tcPr>
          <w:p>
            <w:r>
              <w:rPr>
                <w:rFonts w:ascii="Liberation Sans" w:hAnsi="Liberation Sans"/>
                <w:b/>
                <w:sz w:val="17"/>
              </w:rPr>
              <w:t>Kontakt</w:t>
            </w:r>
          </w:p>
        </w:tc>
        <w:tc>
          <w:tcPr>
            <w:tcW w:type="dxa" w:w="7143"/>
            <w:tcMar>
              <w:top w:w="80" w:type="dxa"/>
              <w:start w:w="100" w:type="dxa"/>
              <w:bottom w:w="80" w:type="dxa"/>
              <w:end w:w="100" w:type="dxa"/>
            </w:tcMar>
            <w:tcBorders>
              <w:bottom w:val="single" w:sz="4" w:color="CBD5E1"/>
            </w:tcBorders>
            <w:vAlign w:val="center"/>
          </w:tcPr>
          <w:p>
            <w:r>
              <w:rPr>
                <w:rFonts w:ascii="Liberation Sans" w:hAnsi="Liberation Sans"/>
                <w:sz w:val="17"/>
              </w:rPr>
              <w:t>________________________________________________________</w:t>
            </w:r>
          </w:p>
        </w:tc>
      </w:tr>
    </w:tbl>
    <w:p>
      <w:pPr>
        <w:pStyle w:val="Heading1"/>
        <w:keepNext/>
      </w:pPr>
      <w:r>
        <w:t>2. Stav prostoru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rPr>
          <w:tblHeader w:val="true"/>
        </w:trPr>
        <w:tc>
          <w:tcPr>
            <w:tcW w:type="dxa" w:w="3400"/>
            <w:shd w:fill="ECFDF5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4" w:color="CBD5E1"/>
              <w:bottom w:val="single" w:sz="4" w:color="CBD5E1"/>
              <w:start w:val="single" w:sz="4" w:color="CBD5E1"/>
              <w:end w:val="single" w:sz="4" w:color="CBD5E1"/>
            </w:tcBorders>
          </w:tcPr>
          <w:p>
            <w:r>
              <w:rPr>
                <w:rFonts w:ascii="Liberation Sans" w:hAnsi="Liberation Sans"/>
                <w:b/>
                <w:sz w:val="17"/>
              </w:rPr>
              <w:t>Část / prvek</w:t>
            </w:r>
          </w:p>
        </w:tc>
        <w:tc>
          <w:tcPr>
            <w:tcW w:type="dxa" w:w="3400"/>
            <w:shd w:fill="ECFDF5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4" w:color="CBD5E1"/>
              <w:bottom w:val="single" w:sz="4" w:color="CBD5E1"/>
              <w:start w:val="single" w:sz="4" w:color="CBD5E1"/>
              <w:end w:val="single" w:sz="4" w:color="CBD5E1"/>
            </w:tcBorders>
          </w:tcPr>
          <w:p>
            <w:r>
              <w:rPr>
                <w:rFonts w:ascii="Liberation Sans" w:hAnsi="Liberation Sans"/>
                <w:b/>
                <w:sz w:val="17"/>
              </w:rPr>
              <w:t>Stav při předání</w:t>
            </w:r>
          </w:p>
        </w:tc>
        <w:tc>
          <w:tcPr>
            <w:tcW w:type="dxa" w:w="3400"/>
            <w:shd w:fill="ECFDF5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4" w:color="CBD5E1"/>
              <w:bottom w:val="single" w:sz="4" w:color="CBD5E1"/>
              <w:start w:val="single" w:sz="4" w:color="CBD5E1"/>
              <w:end w:val="single" w:sz="4" w:color="CBD5E1"/>
            </w:tcBorders>
          </w:tcPr>
          <w:p>
            <w:r>
              <w:rPr>
                <w:rFonts w:ascii="Liberation Sans" w:hAnsi="Liberation Sans"/>
                <w:b/>
                <w:sz w:val="17"/>
              </w:rPr>
              <w:t>Poznámka / vada</w:t>
            </w:r>
          </w:p>
        </w:tc>
      </w:tr>
      <w:tr>
        <w:trPr>
          <w:cantSplit/>
        </w:trPr>
        <w:tc>
          <w:tcPr>
            <w:tcW w:type="dxa" w:w="3400"/>
            <w:tcMar>
              <w:top w:w="70" w:type="dxa"/>
              <w:start w:w="80" w:type="dxa"/>
              <w:bottom w:w="70" w:type="dxa"/>
              <w:end w:w="80" w:type="dxa"/>
            </w:tcMar>
            <w:tcBorders>
              <w:bottom w:val="single" w:sz="4" w:color="CBD5E1"/>
              <w:start w:val="single" w:sz="4" w:color="CBD5E1"/>
              <w:end w:val="single" w:sz="4" w:color="CBD5E1"/>
            </w:tcBorders>
          </w:tcPr>
          <w:p>
            <w:r>
              <w:rPr>
                <w:rFonts w:ascii="Liberation Sans" w:hAnsi="Liberation Sans"/>
                <w:sz w:val="16"/>
              </w:rPr>
              <w:t>Podlaha</w:t>
            </w:r>
          </w:p>
        </w:tc>
        <w:tc>
          <w:tcPr>
            <w:tcW w:type="dxa" w:w="3400"/>
            <w:tcMar>
              <w:top w:w="70" w:type="dxa"/>
              <w:start w:w="80" w:type="dxa"/>
              <w:bottom w:w="70" w:type="dxa"/>
              <w:end w:w="80" w:type="dxa"/>
            </w:tcMar>
            <w:tcBorders>
              <w:bottom w:val="single" w:sz="4" w:color="CBD5E1"/>
              <w:start w:val="single" w:sz="4" w:color="CBD5E1"/>
              <w:end w:val="single" w:sz="4" w:color="CBD5E1"/>
            </w:tcBorders>
          </w:tcPr>
          <w:p>
            <w:r>
              <w:rPr>
                <w:rFonts w:ascii="Liberation Sans" w:hAnsi="Liberation Sans"/>
                <w:sz w:val="16"/>
              </w:rPr>
              <w:t>bez vady / opotřebení / vada</w:t>
            </w:r>
          </w:p>
        </w:tc>
        <w:tc>
          <w:tcPr>
            <w:tcW w:type="dxa" w:w="3400"/>
            <w:tcMar>
              <w:top w:w="70" w:type="dxa"/>
              <w:start w:w="80" w:type="dxa"/>
              <w:bottom w:w="70" w:type="dxa"/>
              <w:end w:w="80" w:type="dxa"/>
            </w:tcMar>
            <w:tcBorders>
              <w:bottom w:val="single" w:sz="4" w:color="CBD5E1"/>
              <w:start w:val="single" w:sz="4" w:color="CBD5E1"/>
              <w:end w:val="single" w:sz="4" w:color="CBD5E1"/>
            </w:tcBorders>
          </w:tcPr>
          <w:p>
            <w:r>
              <w:rPr>
                <w:rFonts w:ascii="Liberation Sans" w:hAnsi="Liberation Sans"/>
                <w:sz w:val="16"/>
              </w:rPr>
            </w:r>
          </w:p>
        </w:tc>
      </w:tr>
      <w:tr>
        <w:trPr>
          <w:cantSplit/>
        </w:trPr>
        <w:tc>
          <w:tcPr>
            <w:tcW w:type="dxa" w:w="3400"/>
            <w:tcMar>
              <w:top w:w="70" w:type="dxa"/>
              <w:start w:w="80" w:type="dxa"/>
              <w:bottom w:w="70" w:type="dxa"/>
              <w:end w:w="80" w:type="dxa"/>
            </w:tcMar>
            <w:tcBorders>
              <w:bottom w:val="single" w:sz="4" w:color="CBD5E1"/>
              <w:start w:val="single" w:sz="4" w:color="CBD5E1"/>
              <w:end w:val="single" w:sz="4" w:color="CBD5E1"/>
            </w:tcBorders>
          </w:tcPr>
          <w:p>
            <w:r>
              <w:rPr>
                <w:rFonts w:ascii="Liberation Sans" w:hAnsi="Liberation Sans"/>
                <w:sz w:val="16"/>
              </w:rPr>
              <w:t>Stěny</w:t>
            </w:r>
          </w:p>
        </w:tc>
        <w:tc>
          <w:tcPr>
            <w:tcW w:type="dxa" w:w="3400"/>
            <w:tcMar>
              <w:top w:w="70" w:type="dxa"/>
              <w:start w:w="80" w:type="dxa"/>
              <w:bottom w:w="70" w:type="dxa"/>
              <w:end w:w="80" w:type="dxa"/>
            </w:tcMar>
            <w:tcBorders>
              <w:bottom w:val="single" w:sz="4" w:color="CBD5E1"/>
              <w:start w:val="single" w:sz="4" w:color="CBD5E1"/>
              <w:end w:val="single" w:sz="4" w:color="CBD5E1"/>
            </w:tcBorders>
          </w:tcPr>
          <w:p>
            <w:r>
              <w:rPr>
                <w:rFonts w:ascii="Liberation Sans" w:hAnsi="Liberation Sans"/>
                <w:sz w:val="16"/>
              </w:rPr>
              <w:t>bez vady / opotřebení / vada</w:t>
            </w:r>
          </w:p>
        </w:tc>
        <w:tc>
          <w:tcPr>
            <w:tcW w:type="dxa" w:w="3400"/>
            <w:tcMar>
              <w:top w:w="70" w:type="dxa"/>
              <w:start w:w="80" w:type="dxa"/>
              <w:bottom w:w="70" w:type="dxa"/>
              <w:end w:w="80" w:type="dxa"/>
            </w:tcMar>
            <w:tcBorders>
              <w:bottom w:val="single" w:sz="4" w:color="CBD5E1"/>
              <w:start w:val="single" w:sz="4" w:color="CBD5E1"/>
              <w:end w:val="single" w:sz="4" w:color="CBD5E1"/>
            </w:tcBorders>
          </w:tcPr>
          <w:p>
            <w:r>
              <w:rPr>
                <w:rFonts w:ascii="Liberation Sans" w:hAnsi="Liberation Sans"/>
                <w:sz w:val="16"/>
              </w:rPr>
            </w:r>
          </w:p>
        </w:tc>
      </w:tr>
      <w:tr>
        <w:trPr>
          <w:cantSplit/>
        </w:trPr>
        <w:tc>
          <w:tcPr>
            <w:tcW w:type="dxa" w:w="3400"/>
            <w:tcMar>
              <w:top w:w="70" w:type="dxa"/>
              <w:start w:w="80" w:type="dxa"/>
              <w:bottom w:w="70" w:type="dxa"/>
              <w:end w:w="80" w:type="dxa"/>
            </w:tcMar>
            <w:tcBorders>
              <w:bottom w:val="single" w:sz="4" w:color="CBD5E1"/>
              <w:start w:val="single" w:sz="4" w:color="CBD5E1"/>
              <w:end w:val="single" w:sz="4" w:color="CBD5E1"/>
            </w:tcBorders>
          </w:tcPr>
          <w:p>
            <w:r>
              <w:rPr>
                <w:rFonts w:ascii="Liberation Sans" w:hAnsi="Liberation Sans"/>
                <w:sz w:val="16"/>
              </w:rPr>
              <w:t>Strop</w:t>
            </w:r>
          </w:p>
        </w:tc>
        <w:tc>
          <w:tcPr>
            <w:tcW w:type="dxa" w:w="3400"/>
            <w:tcMar>
              <w:top w:w="70" w:type="dxa"/>
              <w:start w:w="80" w:type="dxa"/>
              <w:bottom w:w="70" w:type="dxa"/>
              <w:end w:w="80" w:type="dxa"/>
            </w:tcMar>
            <w:tcBorders>
              <w:bottom w:val="single" w:sz="4" w:color="CBD5E1"/>
              <w:start w:val="single" w:sz="4" w:color="CBD5E1"/>
              <w:end w:val="single" w:sz="4" w:color="CBD5E1"/>
            </w:tcBorders>
          </w:tcPr>
          <w:p>
            <w:r>
              <w:rPr>
                <w:rFonts w:ascii="Liberation Sans" w:hAnsi="Liberation Sans"/>
                <w:sz w:val="16"/>
              </w:rPr>
              <w:t>bez vady / opotřebení / vada</w:t>
            </w:r>
          </w:p>
        </w:tc>
        <w:tc>
          <w:tcPr>
            <w:tcW w:type="dxa" w:w="3400"/>
            <w:tcMar>
              <w:top w:w="70" w:type="dxa"/>
              <w:start w:w="80" w:type="dxa"/>
              <w:bottom w:w="70" w:type="dxa"/>
              <w:end w:w="80" w:type="dxa"/>
            </w:tcMar>
            <w:tcBorders>
              <w:bottom w:val="single" w:sz="4" w:color="CBD5E1"/>
              <w:start w:val="single" w:sz="4" w:color="CBD5E1"/>
              <w:end w:val="single" w:sz="4" w:color="CBD5E1"/>
            </w:tcBorders>
          </w:tcPr>
          <w:p>
            <w:r>
              <w:rPr>
                <w:rFonts w:ascii="Liberation Sans" w:hAnsi="Liberation Sans"/>
                <w:sz w:val="16"/>
              </w:rPr>
            </w:r>
          </w:p>
        </w:tc>
      </w:tr>
      <w:tr>
        <w:trPr>
          <w:cantSplit/>
        </w:trPr>
        <w:tc>
          <w:tcPr>
            <w:tcW w:type="dxa" w:w="3400"/>
            <w:tcMar>
              <w:top w:w="70" w:type="dxa"/>
              <w:start w:w="80" w:type="dxa"/>
              <w:bottom w:w="70" w:type="dxa"/>
              <w:end w:w="80" w:type="dxa"/>
            </w:tcMar>
            <w:tcBorders>
              <w:bottom w:val="single" w:sz="4" w:color="CBD5E1"/>
              <w:start w:val="single" w:sz="4" w:color="CBD5E1"/>
              <w:end w:val="single" w:sz="4" w:color="CBD5E1"/>
            </w:tcBorders>
          </w:tcPr>
          <w:p>
            <w:r>
              <w:rPr>
                <w:rFonts w:ascii="Liberation Sans" w:hAnsi="Liberation Sans"/>
                <w:sz w:val="16"/>
              </w:rPr>
              <w:t>Dveře / vrata</w:t>
            </w:r>
          </w:p>
        </w:tc>
        <w:tc>
          <w:tcPr>
            <w:tcW w:type="dxa" w:w="3400"/>
            <w:tcMar>
              <w:top w:w="70" w:type="dxa"/>
              <w:start w:w="80" w:type="dxa"/>
              <w:bottom w:w="70" w:type="dxa"/>
              <w:end w:w="80" w:type="dxa"/>
            </w:tcMar>
            <w:tcBorders>
              <w:bottom w:val="single" w:sz="4" w:color="CBD5E1"/>
              <w:start w:val="single" w:sz="4" w:color="CBD5E1"/>
              <w:end w:val="single" w:sz="4" w:color="CBD5E1"/>
            </w:tcBorders>
          </w:tcPr>
          <w:p>
            <w:r>
              <w:rPr>
                <w:rFonts w:ascii="Liberation Sans" w:hAnsi="Liberation Sans"/>
                <w:sz w:val="16"/>
              </w:rPr>
              <w:t>bez vady / opotřebení / vada</w:t>
            </w:r>
          </w:p>
        </w:tc>
        <w:tc>
          <w:tcPr>
            <w:tcW w:type="dxa" w:w="3400"/>
            <w:tcMar>
              <w:top w:w="70" w:type="dxa"/>
              <w:start w:w="80" w:type="dxa"/>
              <w:bottom w:w="70" w:type="dxa"/>
              <w:end w:w="80" w:type="dxa"/>
            </w:tcMar>
            <w:tcBorders>
              <w:bottom w:val="single" w:sz="4" w:color="CBD5E1"/>
              <w:start w:val="single" w:sz="4" w:color="CBD5E1"/>
              <w:end w:val="single" w:sz="4" w:color="CBD5E1"/>
            </w:tcBorders>
          </w:tcPr>
          <w:p>
            <w:r>
              <w:rPr>
                <w:rFonts w:ascii="Liberation Sans" w:hAnsi="Liberation Sans"/>
                <w:sz w:val="16"/>
              </w:rPr>
            </w:r>
          </w:p>
        </w:tc>
      </w:tr>
      <w:tr>
        <w:trPr>
          <w:cantSplit/>
        </w:trPr>
        <w:tc>
          <w:tcPr>
            <w:tcW w:type="dxa" w:w="3400"/>
            <w:tcMar>
              <w:top w:w="70" w:type="dxa"/>
              <w:start w:w="80" w:type="dxa"/>
              <w:bottom w:w="70" w:type="dxa"/>
              <w:end w:w="80" w:type="dxa"/>
            </w:tcMar>
            <w:tcBorders>
              <w:bottom w:val="single" w:sz="4" w:color="CBD5E1"/>
              <w:start w:val="single" w:sz="4" w:color="CBD5E1"/>
              <w:end w:val="single" w:sz="4" w:color="CBD5E1"/>
            </w:tcBorders>
          </w:tcPr>
          <w:p>
            <w:r>
              <w:rPr>
                <w:rFonts w:ascii="Liberation Sans" w:hAnsi="Liberation Sans"/>
                <w:sz w:val="16"/>
              </w:rPr>
              <w:t>Zámky</w:t>
            </w:r>
          </w:p>
        </w:tc>
        <w:tc>
          <w:tcPr>
            <w:tcW w:type="dxa" w:w="3400"/>
            <w:tcMar>
              <w:top w:w="70" w:type="dxa"/>
              <w:start w:w="80" w:type="dxa"/>
              <w:bottom w:w="70" w:type="dxa"/>
              <w:end w:w="80" w:type="dxa"/>
            </w:tcMar>
            <w:tcBorders>
              <w:bottom w:val="single" w:sz="4" w:color="CBD5E1"/>
              <w:start w:val="single" w:sz="4" w:color="CBD5E1"/>
              <w:end w:val="single" w:sz="4" w:color="CBD5E1"/>
            </w:tcBorders>
          </w:tcPr>
          <w:p>
            <w:r>
              <w:rPr>
                <w:rFonts w:ascii="Liberation Sans" w:hAnsi="Liberation Sans"/>
                <w:sz w:val="16"/>
              </w:rPr>
              <w:t>bez vady / opotřebení / vada</w:t>
            </w:r>
          </w:p>
        </w:tc>
        <w:tc>
          <w:tcPr>
            <w:tcW w:type="dxa" w:w="3400"/>
            <w:tcMar>
              <w:top w:w="70" w:type="dxa"/>
              <w:start w:w="80" w:type="dxa"/>
              <w:bottom w:w="70" w:type="dxa"/>
              <w:end w:w="80" w:type="dxa"/>
            </w:tcMar>
            <w:tcBorders>
              <w:bottom w:val="single" w:sz="4" w:color="CBD5E1"/>
              <w:start w:val="single" w:sz="4" w:color="CBD5E1"/>
              <w:end w:val="single" w:sz="4" w:color="CBD5E1"/>
            </w:tcBorders>
          </w:tcPr>
          <w:p>
            <w:r>
              <w:rPr>
                <w:rFonts w:ascii="Liberation Sans" w:hAnsi="Liberation Sans"/>
                <w:sz w:val="16"/>
              </w:rPr>
            </w:r>
          </w:p>
        </w:tc>
      </w:tr>
      <w:tr>
        <w:trPr>
          <w:cantSplit/>
        </w:trPr>
        <w:tc>
          <w:tcPr>
            <w:tcW w:type="dxa" w:w="3400"/>
            <w:tcMar>
              <w:top w:w="70" w:type="dxa"/>
              <w:start w:w="80" w:type="dxa"/>
              <w:bottom w:w="70" w:type="dxa"/>
              <w:end w:w="80" w:type="dxa"/>
            </w:tcMar>
            <w:tcBorders>
              <w:bottom w:val="single" w:sz="4" w:color="CBD5E1"/>
              <w:start w:val="single" w:sz="4" w:color="CBD5E1"/>
              <w:end w:val="single" w:sz="4" w:color="CBD5E1"/>
            </w:tcBorders>
          </w:tcPr>
          <w:p>
            <w:r>
              <w:rPr>
                <w:rFonts w:ascii="Liberation Sans" w:hAnsi="Liberation Sans"/>
                <w:sz w:val="16"/>
              </w:rPr>
              <w:t>Okna / větrání</w:t>
            </w:r>
          </w:p>
        </w:tc>
        <w:tc>
          <w:tcPr>
            <w:tcW w:type="dxa" w:w="3400"/>
            <w:tcMar>
              <w:top w:w="70" w:type="dxa"/>
              <w:start w:w="80" w:type="dxa"/>
              <w:bottom w:w="70" w:type="dxa"/>
              <w:end w:w="80" w:type="dxa"/>
            </w:tcMar>
            <w:tcBorders>
              <w:bottom w:val="single" w:sz="4" w:color="CBD5E1"/>
              <w:start w:val="single" w:sz="4" w:color="CBD5E1"/>
              <w:end w:val="single" w:sz="4" w:color="CBD5E1"/>
            </w:tcBorders>
          </w:tcPr>
          <w:p>
            <w:r>
              <w:rPr>
                <w:rFonts w:ascii="Liberation Sans" w:hAnsi="Liberation Sans"/>
                <w:sz w:val="16"/>
              </w:rPr>
              <w:t>bez vady / opotřebení / vada</w:t>
            </w:r>
          </w:p>
        </w:tc>
        <w:tc>
          <w:tcPr>
            <w:tcW w:type="dxa" w:w="3400"/>
            <w:tcMar>
              <w:top w:w="70" w:type="dxa"/>
              <w:start w:w="80" w:type="dxa"/>
              <w:bottom w:w="70" w:type="dxa"/>
              <w:end w:w="80" w:type="dxa"/>
            </w:tcMar>
            <w:tcBorders>
              <w:bottom w:val="single" w:sz="4" w:color="CBD5E1"/>
              <w:start w:val="single" w:sz="4" w:color="CBD5E1"/>
              <w:end w:val="single" w:sz="4" w:color="CBD5E1"/>
            </w:tcBorders>
          </w:tcPr>
          <w:p>
            <w:r>
              <w:rPr>
                <w:rFonts w:ascii="Liberation Sans" w:hAnsi="Liberation Sans"/>
                <w:sz w:val="16"/>
              </w:rPr>
            </w:r>
          </w:p>
        </w:tc>
      </w:tr>
      <w:tr>
        <w:trPr>
          <w:cantSplit/>
        </w:trPr>
        <w:tc>
          <w:tcPr>
            <w:tcW w:type="dxa" w:w="3400"/>
            <w:tcMar>
              <w:top w:w="70" w:type="dxa"/>
              <w:start w:w="80" w:type="dxa"/>
              <w:bottom w:w="70" w:type="dxa"/>
              <w:end w:w="80" w:type="dxa"/>
            </w:tcMar>
            <w:tcBorders>
              <w:bottom w:val="single" w:sz="4" w:color="CBD5E1"/>
              <w:start w:val="single" w:sz="4" w:color="CBD5E1"/>
              <w:end w:val="single" w:sz="4" w:color="CBD5E1"/>
            </w:tcBorders>
          </w:tcPr>
          <w:p>
            <w:r>
              <w:rPr>
                <w:rFonts w:ascii="Liberation Sans" w:hAnsi="Liberation Sans"/>
                <w:sz w:val="16"/>
              </w:rPr>
              <w:t>Elektroinstalace</w:t>
            </w:r>
          </w:p>
        </w:tc>
        <w:tc>
          <w:tcPr>
            <w:tcW w:type="dxa" w:w="3400"/>
            <w:tcMar>
              <w:top w:w="70" w:type="dxa"/>
              <w:start w:w="80" w:type="dxa"/>
              <w:bottom w:w="70" w:type="dxa"/>
              <w:end w:w="80" w:type="dxa"/>
            </w:tcMar>
            <w:tcBorders>
              <w:bottom w:val="single" w:sz="4" w:color="CBD5E1"/>
              <w:start w:val="single" w:sz="4" w:color="CBD5E1"/>
              <w:end w:val="single" w:sz="4" w:color="CBD5E1"/>
            </w:tcBorders>
          </w:tcPr>
          <w:p>
            <w:r>
              <w:rPr>
                <w:rFonts w:ascii="Liberation Sans" w:hAnsi="Liberation Sans"/>
                <w:sz w:val="16"/>
              </w:rPr>
              <w:t>bez vady / opotřebení / vada</w:t>
            </w:r>
          </w:p>
        </w:tc>
        <w:tc>
          <w:tcPr>
            <w:tcW w:type="dxa" w:w="3400"/>
            <w:tcMar>
              <w:top w:w="70" w:type="dxa"/>
              <w:start w:w="80" w:type="dxa"/>
              <w:bottom w:w="70" w:type="dxa"/>
              <w:end w:w="80" w:type="dxa"/>
            </w:tcMar>
            <w:tcBorders>
              <w:bottom w:val="single" w:sz="4" w:color="CBD5E1"/>
              <w:start w:val="single" w:sz="4" w:color="CBD5E1"/>
              <w:end w:val="single" w:sz="4" w:color="CBD5E1"/>
            </w:tcBorders>
          </w:tcPr>
          <w:p>
            <w:r>
              <w:rPr>
                <w:rFonts w:ascii="Liberation Sans" w:hAnsi="Liberation Sans"/>
                <w:sz w:val="16"/>
              </w:rPr>
            </w:r>
          </w:p>
        </w:tc>
      </w:tr>
      <w:tr>
        <w:trPr>
          <w:cantSplit/>
        </w:trPr>
        <w:tc>
          <w:tcPr>
            <w:tcW w:type="dxa" w:w="3400"/>
            <w:tcMar>
              <w:top w:w="70" w:type="dxa"/>
              <w:start w:w="80" w:type="dxa"/>
              <w:bottom w:w="70" w:type="dxa"/>
              <w:end w:w="80" w:type="dxa"/>
            </w:tcMar>
            <w:tcBorders>
              <w:bottom w:val="single" w:sz="4" w:color="CBD5E1"/>
              <w:start w:val="single" w:sz="4" w:color="CBD5E1"/>
              <w:end w:val="single" w:sz="4" w:color="CBD5E1"/>
            </w:tcBorders>
          </w:tcPr>
          <w:p>
            <w:r>
              <w:rPr>
                <w:rFonts w:ascii="Liberation Sans" w:hAnsi="Liberation Sans"/>
                <w:sz w:val="16"/>
              </w:rPr>
              <w:t>Osvětlení</w:t>
            </w:r>
          </w:p>
        </w:tc>
        <w:tc>
          <w:tcPr>
            <w:tcW w:type="dxa" w:w="3400"/>
            <w:tcMar>
              <w:top w:w="70" w:type="dxa"/>
              <w:start w:w="80" w:type="dxa"/>
              <w:bottom w:w="70" w:type="dxa"/>
              <w:end w:w="80" w:type="dxa"/>
            </w:tcMar>
            <w:tcBorders>
              <w:bottom w:val="single" w:sz="4" w:color="CBD5E1"/>
              <w:start w:val="single" w:sz="4" w:color="CBD5E1"/>
              <w:end w:val="single" w:sz="4" w:color="CBD5E1"/>
            </w:tcBorders>
          </w:tcPr>
          <w:p>
            <w:r>
              <w:rPr>
                <w:rFonts w:ascii="Liberation Sans" w:hAnsi="Liberation Sans"/>
                <w:sz w:val="16"/>
              </w:rPr>
              <w:t>bez vady / opotřebení / vada</w:t>
            </w:r>
          </w:p>
        </w:tc>
        <w:tc>
          <w:tcPr>
            <w:tcW w:type="dxa" w:w="3400"/>
            <w:tcMar>
              <w:top w:w="70" w:type="dxa"/>
              <w:start w:w="80" w:type="dxa"/>
              <w:bottom w:w="70" w:type="dxa"/>
              <w:end w:w="80" w:type="dxa"/>
            </w:tcMar>
            <w:tcBorders>
              <w:bottom w:val="single" w:sz="4" w:color="CBD5E1"/>
              <w:start w:val="single" w:sz="4" w:color="CBD5E1"/>
              <w:end w:val="single" w:sz="4" w:color="CBD5E1"/>
            </w:tcBorders>
          </w:tcPr>
          <w:p>
            <w:r>
              <w:rPr>
                <w:rFonts w:ascii="Liberation Sans" w:hAnsi="Liberation Sans"/>
                <w:sz w:val="16"/>
              </w:rPr>
            </w:r>
          </w:p>
        </w:tc>
      </w:tr>
      <w:tr>
        <w:trPr>
          <w:cantSplit/>
        </w:trPr>
        <w:tc>
          <w:tcPr>
            <w:tcW w:type="dxa" w:w="3400"/>
            <w:tcMar>
              <w:top w:w="70" w:type="dxa"/>
              <w:start w:w="80" w:type="dxa"/>
              <w:bottom w:w="70" w:type="dxa"/>
              <w:end w:w="80" w:type="dxa"/>
            </w:tcMar>
            <w:tcBorders>
              <w:bottom w:val="single" w:sz="4" w:color="CBD5E1"/>
              <w:start w:val="single" w:sz="4" w:color="CBD5E1"/>
              <w:end w:val="single" w:sz="4" w:color="CBD5E1"/>
            </w:tcBorders>
          </w:tcPr>
          <w:p>
            <w:r>
              <w:rPr>
                <w:rFonts w:ascii="Liberation Sans" w:hAnsi="Liberation Sans"/>
                <w:sz w:val="16"/>
              </w:rPr>
              <w:t>Regály / vybavení</w:t>
            </w:r>
          </w:p>
        </w:tc>
        <w:tc>
          <w:tcPr>
            <w:tcW w:type="dxa" w:w="3400"/>
            <w:tcMar>
              <w:top w:w="70" w:type="dxa"/>
              <w:start w:w="80" w:type="dxa"/>
              <w:bottom w:w="70" w:type="dxa"/>
              <w:end w:w="80" w:type="dxa"/>
            </w:tcMar>
            <w:tcBorders>
              <w:bottom w:val="single" w:sz="4" w:color="CBD5E1"/>
              <w:start w:val="single" w:sz="4" w:color="CBD5E1"/>
              <w:end w:val="single" w:sz="4" w:color="CBD5E1"/>
            </w:tcBorders>
          </w:tcPr>
          <w:p>
            <w:r>
              <w:rPr>
                <w:rFonts w:ascii="Liberation Sans" w:hAnsi="Liberation Sans"/>
                <w:sz w:val="16"/>
              </w:rPr>
              <w:t>bez vady / opotřebení / vada</w:t>
            </w:r>
          </w:p>
        </w:tc>
        <w:tc>
          <w:tcPr>
            <w:tcW w:type="dxa" w:w="3400"/>
            <w:tcMar>
              <w:top w:w="70" w:type="dxa"/>
              <w:start w:w="80" w:type="dxa"/>
              <w:bottom w:w="70" w:type="dxa"/>
              <w:end w:w="80" w:type="dxa"/>
            </w:tcMar>
            <w:tcBorders>
              <w:bottom w:val="single" w:sz="4" w:color="CBD5E1"/>
              <w:start w:val="single" w:sz="4" w:color="CBD5E1"/>
              <w:end w:val="single" w:sz="4" w:color="CBD5E1"/>
            </w:tcBorders>
          </w:tcPr>
          <w:p>
            <w:r>
              <w:rPr>
                <w:rFonts w:ascii="Liberation Sans" w:hAnsi="Liberation Sans"/>
                <w:sz w:val="16"/>
              </w:rPr>
            </w:r>
          </w:p>
        </w:tc>
      </w:tr>
      <w:tr>
        <w:trPr>
          <w:cantSplit/>
        </w:trPr>
        <w:tc>
          <w:tcPr>
            <w:tcW w:type="dxa" w:w="3400"/>
            <w:tcMar>
              <w:top w:w="70" w:type="dxa"/>
              <w:start w:w="80" w:type="dxa"/>
              <w:bottom w:w="70" w:type="dxa"/>
              <w:end w:w="80" w:type="dxa"/>
            </w:tcMar>
            <w:tcBorders>
              <w:bottom w:val="single" w:sz="4" w:color="CBD5E1"/>
              <w:start w:val="single" w:sz="4" w:color="CBD5E1"/>
              <w:end w:val="single" w:sz="4" w:color="CBD5E1"/>
            </w:tcBorders>
          </w:tcPr>
          <w:p>
            <w:r>
              <w:rPr>
                <w:rFonts w:ascii="Liberation Sans" w:hAnsi="Liberation Sans"/>
                <w:sz w:val="16"/>
              </w:rPr>
              <w:t>Zabezpečení / alarm</w:t>
            </w:r>
          </w:p>
        </w:tc>
        <w:tc>
          <w:tcPr>
            <w:tcW w:type="dxa" w:w="3400"/>
            <w:tcMar>
              <w:top w:w="70" w:type="dxa"/>
              <w:start w:w="80" w:type="dxa"/>
              <w:bottom w:w="70" w:type="dxa"/>
              <w:end w:w="80" w:type="dxa"/>
            </w:tcMar>
            <w:tcBorders>
              <w:bottom w:val="single" w:sz="4" w:color="CBD5E1"/>
              <w:start w:val="single" w:sz="4" w:color="CBD5E1"/>
              <w:end w:val="single" w:sz="4" w:color="CBD5E1"/>
            </w:tcBorders>
          </w:tcPr>
          <w:p>
            <w:r>
              <w:rPr>
                <w:rFonts w:ascii="Liberation Sans" w:hAnsi="Liberation Sans"/>
                <w:sz w:val="16"/>
              </w:rPr>
              <w:t>bez vady / opotřebení / vada</w:t>
            </w:r>
          </w:p>
        </w:tc>
        <w:tc>
          <w:tcPr>
            <w:tcW w:type="dxa" w:w="3400"/>
            <w:tcMar>
              <w:top w:w="70" w:type="dxa"/>
              <w:start w:w="80" w:type="dxa"/>
              <w:bottom w:w="70" w:type="dxa"/>
              <w:end w:w="80" w:type="dxa"/>
            </w:tcMar>
            <w:tcBorders>
              <w:bottom w:val="single" w:sz="4" w:color="CBD5E1"/>
              <w:start w:val="single" w:sz="4" w:color="CBD5E1"/>
              <w:end w:val="single" w:sz="4" w:color="CBD5E1"/>
            </w:tcBorders>
          </w:tcPr>
          <w:p>
            <w:r>
              <w:rPr>
                <w:rFonts w:ascii="Liberation Sans" w:hAnsi="Liberation Sans"/>
                <w:sz w:val="16"/>
              </w:rPr>
            </w:r>
          </w:p>
        </w:tc>
      </w:tr>
      <w:tr>
        <w:trPr>
          <w:cantSplit/>
        </w:trPr>
        <w:tc>
          <w:tcPr>
            <w:tcW w:type="dxa" w:w="3400"/>
            <w:tcMar>
              <w:top w:w="70" w:type="dxa"/>
              <w:start w:w="80" w:type="dxa"/>
              <w:bottom w:w="70" w:type="dxa"/>
              <w:end w:w="80" w:type="dxa"/>
            </w:tcMar>
            <w:tcBorders>
              <w:bottom w:val="single" w:sz="4" w:color="CBD5E1"/>
              <w:start w:val="single" w:sz="4" w:color="CBD5E1"/>
              <w:end w:val="single" w:sz="4" w:color="CBD5E1"/>
            </w:tcBorders>
          </w:tcPr>
          <w:p>
            <w:r>
              <w:rPr>
                <w:rFonts w:ascii="Liberation Sans" w:hAnsi="Liberation Sans"/>
                <w:sz w:val="16"/>
              </w:rPr>
              <w:t>Příjezd / okolí</w:t>
            </w:r>
          </w:p>
        </w:tc>
        <w:tc>
          <w:tcPr>
            <w:tcW w:type="dxa" w:w="3400"/>
            <w:tcMar>
              <w:top w:w="70" w:type="dxa"/>
              <w:start w:w="80" w:type="dxa"/>
              <w:bottom w:w="70" w:type="dxa"/>
              <w:end w:w="80" w:type="dxa"/>
            </w:tcMar>
            <w:tcBorders>
              <w:bottom w:val="single" w:sz="4" w:color="CBD5E1"/>
              <w:start w:val="single" w:sz="4" w:color="CBD5E1"/>
              <w:end w:val="single" w:sz="4" w:color="CBD5E1"/>
            </w:tcBorders>
          </w:tcPr>
          <w:p>
            <w:r>
              <w:rPr>
                <w:rFonts w:ascii="Liberation Sans" w:hAnsi="Liberation Sans"/>
                <w:sz w:val="16"/>
              </w:rPr>
              <w:t>bez vady / opotřebení / vada</w:t>
            </w:r>
          </w:p>
        </w:tc>
        <w:tc>
          <w:tcPr>
            <w:tcW w:type="dxa" w:w="3400"/>
            <w:tcMar>
              <w:top w:w="70" w:type="dxa"/>
              <w:start w:w="80" w:type="dxa"/>
              <w:bottom w:w="70" w:type="dxa"/>
              <w:end w:w="80" w:type="dxa"/>
            </w:tcMar>
            <w:tcBorders>
              <w:bottom w:val="single" w:sz="4" w:color="CBD5E1"/>
              <w:start w:val="single" w:sz="4" w:color="CBD5E1"/>
              <w:end w:val="single" w:sz="4" w:color="CBD5E1"/>
            </w:tcBorders>
          </w:tcPr>
          <w:p>
            <w:r>
              <w:rPr>
                <w:rFonts w:ascii="Liberation Sans" w:hAnsi="Liberation Sans"/>
                <w:sz w:val="16"/>
              </w:rPr>
            </w:r>
          </w:p>
        </w:tc>
      </w:tr>
      <w:tr>
        <w:trPr>
          <w:cantSplit/>
        </w:trPr>
        <w:tc>
          <w:tcPr>
            <w:tcW w:type="dxa" w:w="3400"/>
            <w:tcMar>
              <w:top w:w="70" w:type="dxa"/>
              <w:start w:w="80" w:type="dxa"/>
              <w:bottom w:w="70" w:type="dxa"/>
              <w:end w:w="80" w:type="dxa"/>
            </w:tcMar>
            <w:tcBorders>
              <w:bottom w:val="single" w:sz="4" w:color="CBD5E1"/>
              <w:start w:val="single" w:sz="4" w:color="CBD5E1"/>
              <w:end w:val="single" w:sz="4" w:color="CBD5E1"/>
            </w:tcBorders>
          </w:tcPr>
          <w:p>
            <w:r>
              <w:rPr>
                <w:rFonts w:ascii="Liberation Sans" w:hAnsi="Liberation Sans"/>
                <w:sz w:val="16"/>
              </w:rPr>
              <w:t>Jiné</w:t>
            </w:r>
          </w:p>
        </w:tc>
        <w:tc>
          <w:tcPr>
            <w:tcW w:type="dxa" w:w="3400"/>
            <w:tcMar>
              <w:top w:w="70" w:type="dxa"/>
              <w:start w:w="80" w:type="dxa"/>
              <w:bottom w:w="70" w:type="dxa"/>
              <w:end w:w="80" w:type="dxa"/>
            </w:tcMar>
            <w:tcBorders>
              <w:bottom w:val="single" w:sz="4" w:color="CBD5E1"/>
              <w:start w:val="single" w:sz="4" w:color="CBD5E1"/>
              <w:end w:val="single" w:sz="4" w:color="CBD5E1"/>
            </w:tcBorders>
          </w:tcPr>
          <w:p>
            <w:r>
              <w:rPr>
                <w:rFonts w:ascii="Liberation Sans" w:hAnsi="Liberation Sans"/>
                <w:sz w:val="16"/>
              </w:rPr>
              <w:t>bez vady / opotřebení / vada</w:t>
            </w:r>
          </w:p>
        </w:tc>
        <w:tc>
          <w:tcPr>
            <w:tcW w:type="dxa" w:w="3400"/>
            <w:tcMar>
              <w:top w:w="70" w:type="dxa"/>
              <w:start w:w="80" w:type="dxa"/>
              <w:bottom w:w="70" w:type="dxa"/>
              <w:end w:w="80" w:type="dxa"/>
            </w:tcMar>
            <w:tcBorders>
              <w:bottom w:val="single" w:sz="4" w:color="CBD5E1"/>
              <w:start w:val="single" w:sz="4" w:color="CBD5E1"/>
              <w:end w:val="single" w:sz="4" w:color="CBD5E1"/>
            </w:tcBorders>
          </w:tcPr>
          <w:p>
            <w:r>
              <w:rPr>
                <w:rFonts w:ascii="Liberation Sans" w:hAnsi="Liberation Sans"/>
                <w:sz w:val="16"/>
              </w:rPr>
            </w:r>
          </w:p>
        </w:tc>
      </w:tr>
    </w:tbl>
    <w:p>
      <w:pPr>
        <w:pStyle w:val="Heading1"/>
        <w:keepNext/>
      </w:pPr>
      <w:r>
        <w:t>3. Měřidla a technické údaje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78"/>
        <w:gridCol w:w="7143"/>
      </w:tblGrid>
      <w:tr>
        <w:trPr>
          <w:cantSplit/>
        </w:trPr>
        <w:tc>
          <w:tcPr>
            <w:tcW w:type="dxa" w:w="2778"/>
            <w:tcMar>
              <w:top w:w="80" w:type="dxa"/>
              <w:start w:w="100" w:type="dxa"/>
              <w:bottom w:w="80" w:type="dxa"/>
              <w:end w:w="100" w:type="dxa"/>
            </w:tcMar>
            <w:tcBorders>
              <w:bottom w:val="single" w:sz="4" w:color="CBD5E1"/>
            </w:tcBorders>
            <w:vAlign w:val="center"/>
          </w:tcPr>
          <w:p>
            <w:r>
              <w:rPr>
                <w:rFonts w:ascii="Liberation Sans" w:hAnsi="Liberation Sans"/>
                <w:b/>
                <w:sz w:val="17"/>
              </w:rPr>
              <w:t>Elektroměr</w:t>
            </w:r>
          </w:p>
        </w:tc>
        <w:tc>
          <w:tcPr>
            <w:tcW w:type="dxa" w:w="7143"/>
            <w:tcMar>
              <w:top w:w="80" w:type="dxa"/>
              <w:start w:w="100" w:type="dxa"/>
              <w:bottom w:w="80" w:type="dxa"/>
              <w:end w:w="100" w:type="dxa"/>
            </w:tcMar>
            <w:tcBorders>
              <w:bottom w:val="single" w:sz="4" w:color="CBD5E1"/>
            </w:tcBorders>
            <w:vAlign w:val="center"/>
          </w:tcPr>
          <w:p>
            <w:r>
              <w:rPr>
                <w:rFonts w:ascii="Liberation Sans" w:hAnsi="Liberation Sans"/>
                <w:sz w:val="17"/>
              </w:rPr>
              <w:t>číslo: __________________  stav: __________________ kWh</w:t>
            </w:r>
          </w:p>
        </w:tc>
      </w:tr>
      <w:tr>
        <w:trPr>
          <w:cantSplit/>
        </w:trPr>
        <w:tc>
          <w:tcPr>
            <w:tcW w:type="dxa" w:w="2778"/>
            <w:tcMar>
              <w:top w:w="80" w:type="dxa"/>
              <w:start w:w="100" w:type="dxa"/>
              <w:bottom w:w="80" w:type="dxa"/>
              <w:end w:w="100" w:type="dxa"/>
            </w:tcMar>
            <w:tcBorders>
              <w:bottom w:val="single" w:sz="4" w:color="CBD5E1"/>
            </w:tcBorders>
            <w:vAlign w:val="center"/>
          </w:tcPr>
          <w:p>
            <w:r>
              <w:rPr>
                <w:rFonts w:ascii="Liberation Sans" w:hAnsi="Liberation Sans"/>
                <w:b/>
                <w:sz w:val="17"/>
              </w:rPr>
              <w:t>Vodoměr</w:t>
            </w:r>
          </w:p>
        </w:tc>
        <w:tc>
          <w:tcPr>
            <w:tcW w:type="dxa" w:w="7143"/>
            <w:tcMar>
              <w:top w:w="80" w:type="dxa"/>
              <w:start w:w="100" w:type="dxa"/>
              <w:bottom w:w="80" w:type="dxa"/>
              <w:end w:w="100" w:type="dxa"/>
            </w:tcMar>
            <w:tcBorders>
              <w:bottom w:val="single" w:sz="4" w:color="CBD5E1"/>
            </w:tcBorders>
            <w:vAlign w:val="center"/>
          </w:tcPr>
          <w:p>
            <w:r>
              <w:rPr>
                <w:rFonts w:ascii="Liberation Sans" w:hAnsi="Liberation Sans"/>
                <w:sz w:val="17"/>
              </w:rPr>
              <w:t>číslo: __________________  stav: __________________ m³</w:t>
            </w:r>
          </w:p>
        </w:tc>
      </w:tr>
      <w:tr>
        <w:trPr>
          <w:cantSplit/>
        </w:trPr>
        <w:tc>
          <w:tcPr>
            <w:tcW w:type="dxa" w:w="2778"/>
            <w:tcMar>
              <w:top w:w="80" w:type="dxa"/>
              <w:start w:w="100" w:type="dxa"/>
              <w:bottom w:w="80" w:type="dxa"/>
              <w:end w:w="100" w:type="dxa"/>
            </w:tcMar>
            <w:tcBorders>
              <w:bottom w:val="single" w:sz="4" w:color="CBD5E1"/>
            </w:tcBorders>
            <w:vAlign w:val="center"/>
          </w:tcPr>
          <w:p>
            <w:r>
              <w:rPr>
                <w:rFonts w:ascii="Liberation Sans" w:hAnsi="Liberation Sans"/>
                <w:b/>
                <w:sz w:val="17"/>
              </w:rPr>
              <w:t>Jiné měřidlo</w:t>
            </w:r>
          </w:p>
        </w:tc>
        <w:tc>
          <w:tcPr>
            <w:tcW w:type="dxa" w:w="7143"/>
            <w:tcMar>
              <w:top w:w="80" w:type="dxa"/>
              <w:start w:w="100" w:type="dxa"/>
              <w:bottom w:w="80" w:type="dxa"/>
              <w:end w:w="100" w:type="dxa"/>
            </w:tcMar>
            <w:tcBorders>
              <w:bottom w:val="single" w:sz="4" w:color="CBD5E1"/>
            </w:tcBorders>
            <w:vAlign w:val="center"/>
          </w:tcPr>
          <w:p>
            <w:r>
              <w:rPr>
                <w:rFonts w:ascii="Liberation Sans" w:hAnsi="Liberation Sans"/>
                <w:sz w:val="17"/>
              </w:rPr>
              <w:t>________________________________________________________</w:t>
            </w:r>
          </w:p>
        </w:tc>
      </w:tr>
      <w:tr>
        <w:trPr>
          <w:cantSplit/>
        </w:trPr>
        <w:tc>
          <w:tcPr>
            <w:tcW w:type="dxa" w:w="2778"/>
            <w:tcMar>
              <w:top w:w="80" w:type="dxa"/>
              <w:start w:w="100" w:type="dxa"/>
              <w:bottom w:w="80" w:type="dxa"/>
              <w:end w:w="100" w:type="dxa"/>
            </w:tcMar>
            <w:tcBorders>
              <w:bottom w:val="single" w:sz="4" w:color="CBD5E1"/>
            </w:tcBorders>
            <w:vAlign w:val="center"/>
          </w:tcPr>
          <w:p>
            <w:r>
              <w:rPr>
                <w:rFonts w:ascii="Liberation Sans" w:hAnsi="Liberation Sans"/>
                <w:b/>
                <w:sz w:val="17"/>
              </w:rPr>
              <w:t>Jistič / příkon</w:t>
            </w:r>
          </w:p>
        </w:tc>
        <w:tc>
          <w:tcPr>
            <w:tcW w:type="dxa" w:w="7143"/>
            <w:tcMar>
              <w:top w:w="80" w:type="dxa"/>
              <w:start w:w="100" w:type="dxa"/>
              <w:bottom w:w="80" w:type="dxa"/>
              <w:end w:w="100" w:type="dxa"/>
            </w:tcMar>
            <w:tcBorders>
              <w:bottom w:val="single" w:sz="4" w:color="CBD5E1"/>
            </w:tcBorders>
            <w:vAlign w:val="center"/>
          </w:tcPr>
          <w:p>
            <w:r>
              <w:rPr>
                <w:rFonts w:ascii="Liberation Sans" w:hAnsi="Liberation Sans"/>
                <w:sz w:val="17"/>
              </w:rPr>
              <w:t>________________________________________________________</w:t>
            </w:r>
          </w:p>
        </w:tc>
      </w:tr>
    </w:tbl>
    <w:p>
      <w:pPr>
        <w:pStyle w:val="Heading1"/>
        <w:keepNext/>
      </w:pPr>
      <w:r>
        <w:t>4. Klíče a přístupové prostředky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50"/>
        <w:gridCol w:w="2550"/>
        <w:gridCol w:w="2550"/>
        <w:gridCol w:w="2550"/>
      </w:tblGrid>
      <w:tr>
        <w:trPr>
          <w:tblHeader w:val="true"/>
        </w:trPr>
        <w:tc>
          <w:tcPr>
            <w:tcW w:type="dxa" w:w="2550"/>
            <w:shd w:fill="ECFDF5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Liberation Sans" w:hAnsi="Liberation Sans"/>
                <w:b/>
                <w:sz w:val="17"/>
              </w:rPr>
              <w:t>Typ</w:t>
            </w:r>
          </w:p>
        </w:tc>
        <w:tc>
          <w:tcPr>
            <w:tcW w:type="dxa" w:w="2550"/>
            <w:shd w:fill="ECFDF5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Liberation Sans" w:hAnsi="Liberation Sans"/>
                <w:b/>
                <w:sz w:val="17"/>
              </w:rPr>
              <w:t>Počet</w:t>
            </w:r>
          </w:p>
        </w:tc>
        <w:tc>
          <w:tcPr>
            <w:tcW w:type="dxa" w:w="2550"/>
            <w:shd w:fill="ECFDF5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Liberation Sans" w:hAnsi="Liberation Sans"/>
                <w:b/>
                <w:sz w:val="17"/>
              </w:rPr>
              <w:t>Označení</w:t>
            </w:r>
          </w:p>
        </w:tc>
        <w:tc>
          <w:tcPr>
            <w:tcW w:type="dxa" w:w="2550"/>
            <w:shd w:fill="ECFDF5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Liberation Sans" w:hAnsi="Liberation Sans"/>
                <w:b/>
                <w:sz w:val="17"/>
              </w:rPr>
              <w:t>Poznámka</w:t>
            </w:r>
          </w:p>
        </w:tc>
      </w:tr>
      <w:tr>
        <w:trPr>
          <w:cantSplit/>
        </w:trPr>
        <w:tc>
          <w:tcPr>
            <w:tcW w:type="dxa" w:w="2550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bottom w:val="single" w:sz="4" w:color="CBD5E1"/>
            </w:tcBorders>
          </w:tcPr>
          <w:p>
            <w:r>
              <w:rPr>
                <w:rFonts w:ascii="Liberation Sans" w:hAnsi="Liberation Sans"/>
                <w:sz w:val="16"/>
              </w:rPr>
              <w:t>Klíč</w:t>
            </w:r>
          </w:p>
        </w:tc>
        <w:tc>
          <w:tcPr>
            <w:tcW w:type="dxa" w:w="2550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bottom w:val="single" w:sz="4" w:color="CBD5E1"/>
            </w:tcBorders>
          </w:tcPr>
          <w:p>
            <w:r>
              <w:rPr>
                <w:rFonts w:ascii="Liberation Sans" w:hAnsi="Liberation Sans"/>
                <w:sz w:val="16"/>
              </w:rPr>
            </w:r>
          </w:p>
        </w:tc>
        <w:tc>
          <w:tcPr>
            <w:tcW w:type="dxa" w:w="2550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bottom w:val="single" w:sz="4" w:color="CBD5E1"/>
            </w:tcBorders>
          </w:tcPr>
          <w:p>
            <w:r>
              <w:rPr>
                <w:rFonts w:ascii="Liberation Sans" w:hAnsi="Liberation Sans"/>
                <w:sz w:val="16"/>
              </w:rPr>
            </w:r>
          </w:p>
        </w:tc>
        <w:tc>
          <w:tcPr>
            <w:tcW w:type="dxa" w:w="2550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bottom w:val="single" w:sz="4" w:color="CBD5E1"/>
            </w:tcBorders>
          </w:tcPr>
          <w:p>
            <w:r>
              <w:rPr>
                <w:rFonts w:ascii="Liberation Sans" w:hAnsi="Liberation Sans"/>
                <w:sz w:val="16"/>
              </w:rPr>
            </w:r>
          </w:p>
        </w:tc>
      </w:tr>
      <w:tr>
        <w:trPr>
          <w:cantSplit/>
        </w:trPr>
        <w:tc>
          <w:tcPr>
            <w:tcW w:type="dxa" w:w="2550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bottom w:val="single" w:sz="4" w:color="CBD5E1"/>
            </w:tcBorders>
          </w:tcPr>
          <w:p>
            <w:r>
              <w:rPr>
                <w:rFonts w:ascii="Liberation Sans" w:hAnsi="Liberation Sans"/>
                <w:sz w:val="16"/>
              </w:rPr>
              <w:t>Čip / karta</w:t>
            </w:r>
          </w:p>
        </w:tc>
        <w:tc>
          <w:tcPr>
            <w:tcW w:type="dxa" w:w="2550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bottom w:val="single" w:sz="4" w:color="CBD5E1"/>
            </w:tcBorders>
          </w:tcPr>
          <w:p>
            <w:r>
              <w:rPr>
                <w:rFonts w:ascii="Liberation Sans" w:hAnsi="Liberation Sans"/>
                <w:sz w:val="16"/>
              </w:rPr>
            </w:r>
          </w:p>
        </w:tc>
        <w:tc>
          <w:tcPr>
            <w:tcW w:type="dxa" w:w="2550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bottom w:val="single" w:sz="4" w:color="CBD5E1"/>
            </w:tcBorders>
          </w:tcPr>
          <w:p>
            <w:r>
              <w:rPr>
                <w:rFonts w:ascii="Liberation Sans" w:hAnsi="Liberation Sans"/>
                <w:sz w:val="16"/>
              </w:rPr>
            </w:r>
          </w:p>
        </w:tc>
        <w:tc>
          <w:tcPr>
            <w:tcW w:type="dxa" w:w="2550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bottom w:val="single" w:sz="4" w:color="CBD5E1"/>
            </w:tcBorders>
          </w:tcPr>
          <w:p>
            <w:r>
              <w:rPr>
                <w:rFonts w:ascii="Liberation Sans" w:hAnsi="Liberation Sans"/>
                <w:sz w:val="16"/>
              </w:rPr>
            </w:r>
          </w:p>
        </w:tc>
      </w:tr>
      <w:tr>
        <w:trPr>
          <w:cantSplit/>
        </w:trPr>
        <w:tc>
          <w:tcPr>
            <w:tcW w:type="dxa" w:w="2550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bottom w:val="single" w:sz="4" w:color="CBD5E1"/>
            </w:tcBorders>
          </w:tcPr>
          <w:p>
            <w:r>
              <w:rPr>
                <w:rFonts w:ascii="Liberation Sans" w:hAnsi="Liberation Sans"/>
                <w:sz w:val="16"/>
              </w:rPr>
              <w:t>Dálkový ovladač</w:t>
            </w:r>
          </w:p>
        </w:tc>
        <w:tc>
          <w:tcPr>
            <w:tcW w:type="dxa" w:w="2550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bottom w:val="single" w:sz="4" w:color="CBD5E1"/>
            </w:tcBorders>
          </w:tcPr>
          <w:p>
            <w:r>
              <w:rPr>
                <w:rFonts w:ascii="Liberation Sans" w:hAnsi="Liberation Sans"/>
                <w:sz w:val="16"/>
              </w:rPr>
            </w:r>
          </w:p>
        </w:tc>
        <w:tc>
          <w:tcPr>
            <w:tcW w:type="dxa" w:w="2550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bottom w:val="single" w:sz="4" w:color="CBD5E1"/>
            </w:tcBorders>
          </w:tcPr>
          <w:p>
            <w:r>
              <w:rPr>
                <w:rFonts w:ascii="Liberation Sans" w:hAnsi="Liberation Sans"/>
                <w:sz w:val="16"/>
              </w:rPr>
            </w:r>
          </w:p>
        </w:tc>
        <w:tc>
          <w:tcPr>
            <w:tcW w:type="dxa" w:w="2550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bottom w:val="single" w:sz="4" w:color="CBD5E1"/>
            </w:tcBorders>
          </w:tcPr>
          <w:p>
            <w:r>
              <w:rPr>
                <w:rFonts w:ascii="Liberation Sans" w:hAnsi="Liberation Sans"/>
                <w:sz w:val="16"/>
              </w:rPr>
            </w:r>
          </w:p>
        </w:tc>
      </w:tr>
      <w:tr>
        <w:trPr>
          <w:cantSplit/>
        </w:trPr>
        <w:tc>
          <w:tcPr>
            <w:tcW w:type="dxa" w:w="2550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bottom w:val="single" w:sz="4" w:color="CBD5E1"/>
            </w:tcBorders>
          </w:tcPr>
          <w:p>
            <w:r>
              <w:rPr>
                <w:rFonts w:ascii="Liberation Sans" w:hAnsi="Liberation Sans"/>
                <w:sz w:val="16"/>
              </w:rPr>
              <w:t>Kód / PIN</w:t>
            </w:r>
          </w:p>
        </w:tc>
        <w:tc>
          <w:tcPr>
            <w:tcW w:type="dxa" w:w="2550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bottom w:val="single" w:sz="4" w:color="CBD5E1"/>
            </w:tcBorders>
          </w:tcPr>
          <w:p>
            <w:r>
              <w:rPr>
                <w:rFonts w:ascii="Liberation Sans" w:hAnsi="Liberation Sans"/>
                <w:sz w:val="16"/>
              </w:rPr>
            </w:r>
          </w:p>
        </w:tc>
        <w:tc>
          <w:tcPr>
            <w:tcW w:type="dxa" w:w="2550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bottom w:val="single" w:sz="4" w:color="CBD5E1"/>
            </w:tcBorders>
          </w:tcPr>
          <w:p>
            <w:r>
              <w:rPr>
                <w:rFonts w:ascii="Liberation Sans" w:hAnsi="Liberation Sans"/>
                <w:sz w:val="16"/>
              </w:rPr>
            </w:r>
          </w:p>
        </w:tc>
        <w:tc>
          <w:tcPr>
            <w:tcW w:type="dxa" w:w="2550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bottom w:val="single" w:sz="4" w:color="CBD5E1"/>
            </w:tcBorders>
          </w:tcPr>
          <w:p>
            <w:r>
              <w:rPr>
                <w:rFonts w:ascii="Liberation Sans" w:hAnsi="Liberation Sans"/>
                <w:sz w:val="16"/>
              </w:rPr>
            </w:r>
          </w:p>
        </w:tc>
      </w:tr>
      <w:tr>
        <w:trPr>
          <w:cantSplit/>
        </w:trPr>
        <w:tc>
          <w:tcPr>
            <w:tcW w:type="dxa" w:w="2550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bottom w:val="single" w:sz="4" w:color="CBD5E1"/>
            </w:tcBorders>
          </w:tcPr>
          <w:p>
            <w:r>
              <w:rPr>
                <w:rFonts w:ascii="Liberation Sans" w:hAnsi="Liberation Sans"/>
                <w:sz w:val="16"/>
              </w:rPr>
              <w:t>Jiné</w:t>
            </w:r>
          </w:p>
        </w:tc>
        <w:tc>
          <w:tcPr>
            <w:tcW w:type="dxa" w:w="2550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bottom w:val="single" w:sz="4" w:color="CBD5E1"/>
            </w:tcBorders>
          </w:tcPr>
          <w:p>
            <w:r>
              <w:rPr>
                <w:rFonts w:ascii="Liberation Sans" w:hAnsi="Liberation Sans"/>
                <w:sz w:val="16"/>
              </w:rPr>
            </w:r>
          </w:p>
        </w:tc>
        <w:tc>
          <w:tcPr>
            <w:tcW w:type="dxa" w:w="2550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bottom w:val="single" w:sz="4" w:color="CBD5E1"/>
            </w:tcBorders>
          </w:tcPr>
          <w:p>
            <w:r>
              <w:rPr>
                <w:rFonts w:ascii="Liberation Sans" w:hAnsi="Liberation Sans"/>
                <w:sz w:val="16"/>
              </w:rPr>
            </w:r>
          </w:p>
        </w:tc>
        <w:tc>
          <w:tcPr>
            <w:tcW w:type="dxa" w:w="2550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bottom w:val="single" w:sz="4" w:color="CBD5E1"/>
            </w:tcBorders>
          </w:tcPr>
          <w:p>
            <w:r>
              <w:rPr>
                <w:rFonts w:ascii="Liberation Sans" w:hAnsi="Liberation Sans"/>
                <w:sz w:val="16"/>
              </w:rPr>
            </w:r>
          </w:p>
        </w:tc>
      </w:tr>
    </w:tbl>
    <w:p>
      <w:pPr>
        <w:pStyle w:val="Heading1"/>
        <w:keepNext/>
      </w:pPr>
      <w:r>
        <w:t>5. Zjištěné vady, omezení a dohody</w:t>
      </w:r>
    </w:p>
    <w:p>
      <w:pPr>
        <w:spacing w:after="20"/>
      </w:pPr>
      <w:r>
        <w:rPr>
          <w:rFonts w:ascii="Liberation Sans" w:hAnsi="Liberation Sans"/>
          <w:b/>
        </w:rPr>
        <w:t>Vady při předání:</w:t>
      </w:r>
    </w:p>
    <w:p>
      <w:pPr>
        <w:spacing w:after="40"/>
        <w:pBdr>
          <w:bottom w:val="single" w:sz="6" w:space="1" w:color="475569"/>
        </w:pBdr>
      </w:pPr>
      <w:r>
        <w:t xml:space="preserve"> </w:t>
      </w:r>
    </w:p>
    <w:p>
      <w:pPr>
        <w:spacing w:after="20"/>
      </w:pPr>
      <w:r>
        <w:rPr>
          <w:rFonts w:ascii="Liberation Sans" w:hAnsi="Liberation Sans"/>
          <w:b/>
        </w:rPr>
        <w:t>Nutné opravy / termín:</w:t>
      </w:r>
    </w:p>
    <w:p>
      <w:pPr>
        <w:spacing w:after="40"/>
        <w:pBdr>
          <w:bottom w:val="single" w:sz="6" w:space="1" w:color="475569"/>
        </w:pBdr>
      </w:pPr>
      <w:r>
        <w:t xml:space="preserve"> </w:t>
      </w:r>
    </w:p>
    <w:p>
      <w:pPr>
        <w:spacing w:after="20"/>
      </w:pPr>
      <w:r>
        <w:rPr>
          <w:rFonts w:ascii="Liberation Sans" w:hAnsi="Liberation Sans"/>
          <w:b/>
        </w:rPr>
        <w:t>Omezení užívání:</w:t>
      </w:r>
    </w:p>
    <w:p>
      <w:pPr>
        <w:spacing w:after="40"/>
        <w:pBdr>
          <w:bottom w:val="single" w:sz="6" w:space="1" w:color="475569"/>
        </w:pBdr>
      </w:pPr>
      <w:r>
        <w:t xml:space="preserve"> </w:t>
      </w:r>
    </w:p>
    <w:p>
      <w:pPr>
        <w:spacing w:after="20"/>
      </w:pPr>
      <w:r>
        <w:rPr>
          <w:rFonts w:ascii="Liberation Sans" w:hAnsi="Liberation Sans"/>
          <w:b/>
        </w:rPr>
        <w:t>Další dohody:</w:t>
      </w:r>
    </w:p>
    <w:p>
      <w:pPr>
        <w:spacing w:after="40"/>
        <w:pBdr>
          <w:bottom w:val="single" w:sz="6" w:space="1" w:color="475569"/>
        </w:pBdr>
      </w:pPr>
      <w:r>
        <w:t xml:space="preserve"> </w:t>
      </w:r>
    </w:p>
    <w:p>
      <w:pPr>
        <w:pStyle w:val="Heading1"/>
        <w:keepNext/>
      </w:pPr>
      <w:r>
        <w:t>6. Fotodokumentace</w:t>
      </w:r>
    </w:p>
    <w:p>
      <w:pPr>
        <w:ind w:left="113" w:hanging="113"/>
      </w:pPr>
      <w:r>
        <w:rPr>
          <w:rFonts w:ascii="Liberation Sans" w:hAnsi="Liberation Sans"/>
        </w:rPr>
        <w:t>[ ] Fotodokumentace byla pořízena a tvoří přílohu tohoto protokolu.</w:t>
      </w:r>
    </w:p>
    <w:p>
      <w:pPr>
        <w:spacing w:after="80"/>
      </w:pPr>
      <w:r>
        <w:rPr>
          <w:rFonts w:ascii="Liberation Sans" w:hAnsi="Liberation Sans"/>
          <w:b/>
        </w:rPr>
        <w:t xml:space="preserve">Počet fotografií: </w:t>
      </w:r>
      <w:r>
        <w:t>________________________________________________________________</w:t>
      </w:r>
    </w:p>
    <w:p>
      <w:pPr>
        <w:spacing w:after="80"/>
      </w:pPr>
      <w:r>
        <w:rPr>
          <w:rFonts w:ascii="Liberation Sans" w:hAnsi="Liberation Sans"/>
          <w:b/>
        </w:rPr>
        <w:t xml:space="preserve">Kde jsou fotografie uloženy / jak byly předány: </w:t>
      </w:r>
      <w:r>
        <w:t>________________________________________________________________</w:t>
      </w:r>
    </w:p>
    <w:p>
      <w:r>
        <w:t>Doporučení: vyfoťte celkový stav, všechny stěny, podlahu, strop, dveře/vrata, zámky, měřidla, předané vybavení a každou existující vadu.</w:t>
      </w:r>
    </w:p>
    <w:p>
      <w:pPr>
        <w:pStyle w:val="Heading1"/>
        <w:keepNext/>
      </w:pPr>
      <w:r>
        <w:t>7. Prohlášení o předání</w:t>
      </w:r>
    </w:p>
    <w:p>
      <w:r>
        <w:t>Předávající předal a přebírající převzal výše uvedený prostor ve stavu popsaném v tomto protokolu, včetně zde uvedených klíčů, přístupových prostředků a vybavení. Výhrady nebo nedokončené úkony jsou uvedeny výše.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00"/>
        <w:gridCol w:w="5100"/>
      </w:tblGrid>
      <w:tr>
        <w:trPr>
          <w:cantSplit/>
        </w:trPr>
        <w:tc>
          <w:tcPr>
            <w:tcW w:type="dxa" w:w="5100"/>
            <w:tcMar>
              <w:top w:w="60" w:type="dxa"/>
              <w:start w:w="100" w:type="dxa"/>
              <w:bottom w:w="60" w:type="dxa"/>
              <w:end w:w="100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/>
              </w:rPr>
              <w:t>Předávající</w:t>
            </w:r>
          </w:p>
        </w:tc>
        <w:tc>
          <w:tcPr>
            <w:tcW w:type="dxa" w:w="5100"/>
            <w:tcMar>
              <w:top w:w="60" w:type="dxa"/>
              <w:start w:w="100" w:type="dxa"/>
              <w:bottom w:w="60" w:type="dxa"/>
              <w:end w:w="100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/>
              </w:rPr>
              <w:t>Přebírající</w:t>
            </w:r>
          </w:p>
        </w:tc>
      </w:tr>
      <w:tr>
        <w:trPr>
          <w:cantSplit/>
        </w:trPr>
        <w:tc>
          <w:tcPr>
            <w:tcW w:type="dxa" w:w="5100"/>
            <w:tcMar>
              <w:top w:w="60" w:type="dxa"/>
              <w:start w:w="100" w:type="dxa"/>
              <w:bottom w:w="60" w:type="dxa"/>
              <w:end w:w="100" w:type="dxa"/>
            </w:tcMar>
          </w:tcPr>
          <w:p>
            <w:pPr>
              <w:jc w:val="center"/>
            </w:pPr>
            <w:r>
              <w:br/>
              <w:t>__________________________________</w:t>
              <w:br/>
            </w:r>
            <w:r>
              <w:t>jméno a podpis</w:t>
            </w:r>
          </w:p>
        </w:tc>
        <w:tc>
          <w:tcPr>
            <w:tcW w:type="dxa" w:w="5100"/>
            <w:tcMar>
              <w:top w:w="60" w:type="dxa"/>
              <w:start w:w="100" w:type="dxa"/>
              <w:bottom w:w="60" w:type="dxa"/>
              <w:end w:w="100" w:type="dxa"/>
            </w:tcMar>
          </w:tcPr>
          <w:p>
            <w:pPr>
              <w:jc w:val="center"/>
            </w:pPr>
            <w:r>
              <w:br/>
              <w:t>__________________________________</w:t>
              <w:br/>
            </w:r>
            <w:r>
              <w:t>jméno a podpis</w:t>
            </w:r>
          </w:p>
        </w:tc>
      </w:tr>
      <w:tr>
        <w:trPr>
          <w:cantSplit/>
        </w:trPr>
        <w:tc>
          <w:tcPr>
            <w:tcW w:type="dxa" w:w="5100"/>
            <w:tcMar>
              <w:top w:w="60" w:type="dxa"/>
              <w:start w:w="100" w:type="dxa"/>
              <w:bottom w:w="60" w:type="dxa"/>
              <w:end w:w="100" w:type="dxa"/>
            </w:tcMar>
          </w:tcPr>
          <w:p>
            <w:pPr>
              <w:jc w:val="center"/>
            </w:pPr>
            <w:r>
              <w:t>V __________________ dne __________________</w:t>
            </w:r>
          </w:p>
        </w:tc>
        <w:tc>
          <w:tcPr>
            <w:tcW w:type="dxa" w:w="5100"/>
            <w:tcMar>
              <w:top w:w="60" w:type="dxa"/>
              <w:start w:w="100" w:type="dxa"/>
              <w:bottom w:w="60" w:type="dxa"/>
              <w:end w:w="100" w:type="dxa"/>
            </w:tcMar>
          </w:tcPr>
          <w:p>
            <w:pPr>
              <w:jc w:val="center"/>
            </w:pPr>
            <w:r>
              <w:t>V __________________ dne __________________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1020" w:bottom="907" w:left="1020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Liberation Sans" w:hAnsi="Liberation Sans"/>
        <w:color w:val="475569"/>
        <w:sz w:val="15"/>
      </w:rPr>
      <w:t>Obecný vzor Remito | verze 1.0 | 15. 9. 2026 | remito.cz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Liberation Sans" w:hAnsi="Liberation Sans"/>
        <w:b/>
        <w:color w:val="059669"/>
        <w:sz w:val="16"/>
      </w:rPr>
      <w:t>REMITO - SKLADY A PROSTORY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7" w:lineRule="auto"/>
    </w:pPr>
    <w:rPr>
      <w:rFonts w:ascii="Liberation Sans" w:hAnsi="Liberation Sans"/>
      <w:color w:val="0F172A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80" w:after="100"/>
      <w:outlineLvl w:val="0"/>
    </w:pPr>
    <w:rPr>
      <w:rFonts w:asciiTheme="majorHAnsi" w:eastAsiaTheme="majorEastAsia" w:hAnsiTheme="majorHAnsi" w:cstheme="majorBidi" w:ascii="Liberation Sans" w:hAnsi="Liberation Sans"/>
      <w:b/>
      <w:bCs/>
      <w:color w:val="0F172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20" w:after="60"/>
      <w:outlineLvl w:val="1"/>
    </w:pPr>
    <w:rPr>
      <w:rFonts w:asciiTheme="majorHAnsi" w:eastAsiaTheme="majorEastAsia" w:hAnsiTheme="majorHAnsi" w:cstheme="majorBidi" w:ascii="Liberation Sans" w:hAnsi="Liberation Sans"/>
      <w:b/>
      <w:bCs/>
      <w:color w:val="0F172A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0"/>
      <w:contextualSpacing/>
    </w:pPr>
    <w:rPr>
      <w:rFonts w:asciiTheme="majorHAnsi" w:eastAsiaTheme="majorEastAsia" w:hAnsiTheme="majorHAnsi" w:cstheme="majorBidi" w:ascii="Liberation Sans" w:hAnsi="Liberation Sans"/>
      <w:b/>
      <w:color w:val="059669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mallNote">
    <w:name w:val="Small Note"/>
    <w:pPr>
      <w:spacing w:after="60"/>
    </w:pPr>
    <w:rPr>
      <w:rFonts w:ascii="Liberation Sans" w:hAnsi="Liberation Sans"/>
      <w:color w:val="475569"/>
      <w:sz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